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CD" w:rsidRDefault="00A30BE8">
      <w:pPr>
        <w:pStyle w:val="Heading1"/>
      </w:pPr>
      <w:bookmarkStart w:id="0" w:name="_GoBack"/>
      <w:bookmarkEnd w:id="0"/>
      <w:r>
        <w:t xml:space="preserve">Harcourt Primary </w:t>
      </w:r>
      <w:r w:rsidR="00661183">
        <w:t>SENCO Newsletter – Autumn Term 2025</w:t>
      </w:r>
    </w:p>
    <w:p w:rsidR="008226CD" w:rsidRDefault="00661183">
      <w:r>
        <w:t>Dear Parents and Carers,</w:t>
      </w:r>
      <w:r>
        <w:br/>
      </w:r>
      <w:r>
        <w:br/>
        <w:t xml:space="preserve">Welcome to our Autumn Term SENCO newsletter! As we </w:t>
      </w:r>
      <w:r w:rsidR="00AA4534">
        <w:t>move into Term 2</w:t>
      </w:r>
      <w:r>
        <w:t>, I’d like to share some updates, celebrate achievements, and highlight how we’re continuing to support our wonderful children with special educational needs and disabilities (SEND).</w:t>
      </w:r>
    </w:p>
    <w:p w:rsidR="008226CD" w:rsidRDefault="00661183">
      <w:pPr>
        <w:pStyle w:val="Heading2"/>
      </w:pPr>
      <w:r>
        <w:t>Supporting Every Learner</w:t>
      </w:r>
    </w:p>
    <w:p w:rsidR="00AA4534" w:rsidRDefault="00661183" w:rsidP="00AA4534">
      <w:pPr>
        <w:pStyle w:val="ListParagraph"/>
        <w:numPr>
          <w:ilvl w:val="0"/>
          <w:numId w:val="10"/>
        </w:numPr>
      </w:pPr>
      <w:r>
        <w:t xml:space="preserve">Transition support for new pupils and those </w:t>
      </w:r>
      <w:r w:rsidR="00AA4534">
        <w:t>moving into a new year group.</w:t>
      </w:r>
    </w:p>
    <w:p w:rsidR="00AA4534" w:rsidRDefault="00AA4534" w:rsidP="00AA4534">
      <w:pPr>
        <w:pStyle w:val="ListParagraph"/>
        <w:numPr>
          <w:ilvl w:val="0"/>
          <w:numId w:val="10"/>
        </w:numPr>
      </w:pPr>
      <w:r>
        <w:t>I</w:t>
      </w:r>
      <w:r w:rsidR="00661183">
        <w:t xml:space="preserve">ndividual Learning Plans (ILPs) reviewed and updated </w:t>
      </w:r>
      <w:r>
        <w:t xml:space="preserve">to be </w:t>
      </w:r>
      <w:r w:rsidR="00A30BE8">
        <w:t>shared with parents</w:t>
      </w:r>
      <w:r w:rsidR="00661183">
        <w:t xml:space="preserve"> </w:t>
      </w:r>
      <w:r w:rsidR="00A30BE8">
        <w:t>Term 2</w:t>
      </w:r>
    </w:p>
    <w:p w:rsidR="00AA4534" w:rsidRDefault="00661183" w:rsidP="00AA4534">
      <w:pPr>
        <w:pStyle w:val="ListParagraph"/>
        <w:numPr>
          <w:ilvl w:val="0"/>
          <w:numId w:val="10"/>
        </w:numPr>
      </w:pPr>
      <w:r>
        <w:t xml:space="preserve">Staff training on </w:t>
      </w:r>
      <w:r w:rsidR="00A30BE8">
        <w:t>working memory, how to spot and what strategies to support</w:t>
      </w:r>
    </w:p>
    <w:p w:rsidR="00AA4534" w:rsidRDefault="00A30BE8" w:rsidP="00AA4534">
      <w:pPr>
        <w:pStyle w:val="ListParagraph"/>
        <w:numPr>
          <w:ilvl w:val="0"/>
          <w:numId w:val="10"/>
        </w:numPr>
      </w:pPr>
      <w:r>
        <w:t xml:space="preserve">I have led SEN provision meetings with each Teacher and Teaching </w:t>
      </w:r>
      <w:r w:rsidR="008C4AFB">
        <w:t>Assistant to</w:t>
      </w:r>
      <w:r w:rsidR="00AA4534">
        <w:t xml:space="preserve"> draw up class provision maps this term</w:t>
      </w:r>
      <w:r>
        <w:t>. Targeted support for your child will be discussed at parents evening</w:t>
      </w:r>
    </w:p>
    <w:p w:rsidR="00AA4534" w:rsidRDefault="00A30BE8" w:rsidP="00703622">
      <w:pPr>
        <w:pStyle w:val="ListParagraph"/>
        <w:numPr>
          <w:ilvl w:val="0"/>
          <w:numId w:val="10"/>
        </w:numPr>
      </w:pPr>
      <w:r>
        <w:t>Early screening of Reception children’s Lan</w:t>
      </w:r>
      <w:r w:rsidR="00AA4534">
        <w:t>guage and Communication skills.</w:t>
      </w:r>
    </w:p>
    <w:p w:rsidR="00AA4534" w:rsidRDefault="00C059C0" w:rsidP="00AA4534">
      <w:pPr>
        <w:pStyle w:val="ListParagraph"/>
        <w:numPr>
          <w:ilvl w:val="0"/>
          <w:numId w:val="10"/>
        </w:numPr>
      </w:pPr>
      <w:r>
        <w:t>Baseline assessment completed for every child in Reception</w:t>
      </w:r>
    </w:p>
    <w:p w:rsidR="00C059C0" w:rsidRDefault="00AA4534" w:rsidP="00AA4534">
      <w:pPr>
        <w:pStyle w:val="ListParagraph"/>
        <w:numPr>
          <w:ilvl w:val="0"/>
          <w:numId w:val="10"/>
        </w:numPr>
      </w:pPr>
      <w:r>
        <w:t>Planned Speech and Language Therapy</w:t>
      </w:r>
      <w:r w:rsidR="00C059C0">
        <w:t xml:space="preserve"> support for new Yr R and ongoing children throughout the school</w:t>
      </w:r>
    </w:p>
    <w:p w:rsidR="008226CD" w:rsidRDefault="00661183">
      <w:pPr>
        <w:pStyle w:val="Heading2"/>
      </w:pPr>
      <w:r>
        <w:t>Working Together</w:t>
      </w:r>
    </w:p>
    <w:p w:rsidR="008226CD" w:rsidRDefault="00661183">
      <w:r>
        <w:t>Thank you to all parent</w:t>
      </w:r>
      <w:r w:rsidR="00AA4534">
        <w:t>s who attended our SEND Coffee m</w:t>
      </w:r>
      <w:r>
        <w:t xml:space="preserve">orning </w:t>
      </w:r>
      <w:r w:rsidR="00AA4534">
        <w:t>this term</w:t>
      </w:r>
      <w:r w:rsidR="00A30BE8">
        <w:t xml:space="preserve"> where we received input from Billie from Homestart </w:t>
      </w:r>
      <w:r w:rsidR="00AA4534">
        <w:t xml:space="preserve">. </w:t>
      </w:r>
      <w:r>
        <w:t>It was a lovely opportunity to connect, share experiences, and discuss how we can work tog</w:t>
      </w:r>
      <w:r w:rsidR="00A30BE8">
        <w:t>ether to support your children.</w:t>
      </w:r>
      <w:r>
        <w:br/>
        <w:t xml:space="preserve">Our next Parent </w:t>
      </w:r>
      <w:r w:rsidR="00A30BE8">
        <w:t>Coffee afternoon</w:t>
      </w:r>
      <w:r>
        <w:t xml:space="preserve"> will be on </w:t>
      </w:r>
      <w:r w:rsidR="00AA4534">
        <w:t>Thursday 4</w:t>
      </w:r>
      <w:r w:rsidR="00AA4534" w:rsidRPr="00AA4534">
        <w:rPr>
          <w:vertAlign w:val="superscript"/>
        </w:rPr>
        <w:t>th</w:t>
      </w:r>
      <w:r w:rsidR="00AA4534">
        <w:t xml:space="preserve"> December at 2.00pm.</w:t>
      </w:r>
    </w:p>
    <w:p w:rsidR="008226CD" w:rsidRDefault="00661183">
      <w:pPr>
        <w:pStyle w:val="Heading2"/>
      </w:pPr>
      <w:r>
        <w:t>Spotlight on Inclusion</w:t>
      </w:r>
    </w:p>
    <w:p w:rsidR="00AA4534" w:rsidRDefault="00661183" w:rsidP="00AA4534">
      <w:pPr>
        <w:pStyle w:val="ListParagraph"/>
      </w:pPr>
      <w:r>
        <w:t>This</w:t>
      </w:r>
      <w:r w:rsidR="00AA4534">
        <w:t xml:space="preserve"> term, we have:</w:t>
      </w:r>
      <w:r w:rsidR="00AA4534">
        <w:br/>
      </w:r>
      <w:r w:rsidR="00A30BE8">
        <w:t>Reviewed classroom environments to ensure they are dyslexia friendly</w:t>
      </w:r>
    </w:p>
    <w:p w:rsidR="00AA4534" w:rsidRDefault="00AA4534" w:rsidP="00AA4534">
      <w:pPr>
        <w:pStyle w:val="ListParagraph"/>
      </w:pPr>
      <w:r>
        <w:t>Monitored</w:t>
      </w:r>
      <w:r w:rsidR="00A30BE8">
        <w:t xml:space="preserve"> children with SENd in the Early Y</w:t>
      </w:r>
      <w:r>
        <w:t>ears</w:t>
      </w:r>
    </w:p>
    <w:p w:rsidR="00AA4534" w:rsidRDefault="00AA4534" w:rsidP="00AA4534">
      <w:pPr>
        <w:pStyle w:val="ListParagraph"/>
      </w:pPr>
      <w:r>
        <w:t xml:space="preserve">Monitored every class with a </w:t>
      </w:r>
      <w:r w:rsidR="00A30BE8">
        <w:t xml:space="preserve">focus on </w:t>
      </w:r>
      <w:r>
        <w:t>inclusion</w:t>
      </w:r>
      <w:r w:rsidR="00A30BE8">
        <w:t xml:space="preserve"> for </w:t>
      </w:r>
      <w:r w:rsidR="008C4AFB">
        <w:t>Literacy</w:t>
      </w:r>
      <w:r w:rsidR="00A30BE8">
        <w:t xml:space="preserve"> subjects</w:t>
      </w:r>
    </w:p>
    <w:p w:rsidR="00A30BE8" w:rsidRDefault="00A30BE8" w:rsidP="00AA4534">
      <w:pPr>
        <w:pStyle w:val="ListParagraph"/>
      </w:pPr>
      <w:r>
        <w:t>Commissioned a visit from KCC Inclusion team to focus on inclusion for SENd pupils in E</w:t>
      </w:r>
      <w:r w:rsidR="00AA4534">
        <w:t>arly Years</w:t>
      </w:r>
      <w:r>
        <w:t xml:space="preserve"> and KS1</w:t>
      </w:r>
    </w:p>
    <w:p w:rsidR="008226CD" w:rsidRDefault="00661183">
      <w:pPr>
        <w:pStyle w:val="Heading2"/>
      </w:pPr>
      <w:r>
        <w:t>Contact Us</w:t>
      </w:r>
    </w:p>
    <w:p w:rsidR="008226CD" w:rsidRDefault="00661183">
      <w:r>
        <w:t>If you have any questions or concerns, please don’t hesitate to get in touch.</w:t>
      </w:r>
      <w:r>
        <w:br/>
      </w:r>
      <w:r>
        <w:br/>
      </w:r>
      <w:r w:rsidR="00AA4534">
        <w:t>Tanya O Connor</w:t>
      </w:r>
    </w:p>
    <w:p w:rsidR="00AA4534" w:rsidRDefault="00AA4534">
      <w:r>
        <w:t>SENCO</w:t>
      </w:r>
    </w:p>
    <w:p w:rsidR="00AA4534" w:rsidRDefault="00AA4534">
      <w:r>
        <w:t>toconnor@harcourt.kent.sch.uk</w:t>
      </w:r>
    </w:p>
    <w:sectPr w:rsidR="00AA453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870EED"/>
    <w:multiLevelType w:val="hybridMultilevel"/>
    <w:tmpl w:val="7D1860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4533B"/>
    <w:multiLevelType w:val="hybridMultilevel"/>
    <w:tmpl w:val="73225F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F4FF9"/>
    <w:multiLevelType w:val="hybridMultilevel"/>
    <w:tmpl w:val="FFFAB7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C633A"/>
    <w:multiLevelType w:val="hybridMultilevel"/>
    <w:tmpl w:val="EF94B1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DA0CC0"/>
    <w:multiLevelType w:val="hybridMultilevel"/>
    <w:tmpl w:val="4E9416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1"/>
  </w:num>
  <w:num w:numId="12">
    <w:abstractNumId w:val="9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13EEF"/>
    <w:rsid w:val="00034616"/>
    <w:rsid w:val="0006063C"/>
    <w:rsid w:val="0015074B"/>
    <w:rsid w:val="0029639D"/>
    <w:rsid w:val="00326F90"/>
    <w:rsid w:val="00661183"/>
    <w:rsid w:val="008226CD"/>
    <w:rsid w:val="008C4AFB"/>
    <w:rsid w:val="00A30BE8"/>
    <w:rsid w:val="00AA1D8D"/>
    <w:rsid w:val="00AA4534"/>
    <w:rsid w:val="00B47730"/>
    <w:rsid w:val="00C059C0"/>
    <w:rsid w:val="00CB0664"/>
    <w:rsid w:val="00DB747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6BB5B049-B1D3-4498-9821-231536F15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4BBCFA-D704-47FD-9682-A86EDBF7E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O'Connort</cp:lastModifiedBy>
  <cp:revision>2</cp:revision>
  <dcterms:created xsi:type="dcterms:W3CDTF">2025-10-29T08:01:00Z</dcterms:created>
  <dcterms:modified xsi:type="dcterms:W3CDTF">2025-10-29T08:01:00Z</dcterms:modified>
  <cp:category/>
</cp:coreProperties>
</file>