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3025B0" w14:textId="77777777" w:rsidR="00FA4B6B" w:rsidRDefault="00C42F58">
      <w:pPr>
        <w:pStyle w:val="Heading1"/>
      </w:pPr>
      <w:r>
        <w:t>PE Skills Progres</w:t>
      </w:r>
      <w:r w:rsidR="00813A23">
        <w:t>sion Framework –</w:t>
      </w:r>
    </w:p>
    <w:p w14:paraId="7E228B3A" w14:textId="77777777" w:rsidR="00FA4B6B" w:rsidRDefault="00C42F58">
      <w:r>
        <w:t>This document outlines the progressive development of practical skills from Reception to Year 6 across nine key areas of PE.</w:t>
      </w:r>
    </w:p>
    <w:p w14:paraId="0E443C6A" w14:textId="77777777" w:rsidR="00FA4B6B" w:rsidRDefault="00C42F58">
      <w:pPr>
        <w:pStyle w:val="Heading2"/>
      </w:pPr>
      <w:r>
        <w:t>Reception</w:t>
      </w:r>
    </w:p>
    <w:tbl>
      <w:tblPr>
        <w:tblStyle w:val="TableGrid"/>
        <w:tblW w:w="9606" w:type="dxa"/>
        <w:tblLook w:val="04A0" w:firstRow="1" w:lastRow="0" w:firstColumn="1" w:lastColumn="0" w:noHBand="0" w:noVBand="1"/>
      </w:tblPr>
      <w:tblGrid>
        <w:gridCol w:w="2126"/>
        <w:gridCol w:w="7480"/>
      </w:tblGrid>
      <w:tr w:rsidR="00813A23" w14:paraId="797C07B4" w14:textId="77777777" w:rsidTr="00813A23">
        <w:tc>
          <w:tcPr>
            <w:tcW w:w="2126" w:type="dxa"/>
          </w:tcPr>
          <w:p w14:paraId="6ACE6A39" w14:textId="77777777" w:rsidR="00813A23" w:rsidRDefault="00813A23">
            <w:r>
              <w:t>Unit</w:t>
            </w:r>
          </w:p>
        </w:tc>
        <w:tc>
          <w:tcPr>
            <w:tcW w:w="7480" w:type="dxa"/>
          </w:tcPr>
          <w:p w14:paraId="0BCE03FF" w14:textId="77777777" w:rsidR="00813A23" w:rsidRDefault="00813A23">
            <w:r>
              <w:t>5 Key Skills (Progressive)</w:t>
            </w:r>
          </w:p>
        </w:tc>
      </w:tr>
      <w:tr w:rsidR="00813A23" w14:paraId="7FA03ABF" w14:textId="77777777" w:rsidTr="00813A23">
        <w:tc>
          <w:tcPr>
            <w:tcW w:w="2126" w:type="dxa"/>
          </w:tcPr>
          <w:p w14:paraId="26407BD4" w14:textId="77777777" w:rsidR="00813A23" w:rsidRDefault="00813A23">
            <w:r>
              <w:t>Fundamental Skills</w:t>
            </w:r>
          </w:p>
        </w:tc>
        <w:tc>
          <w:tcPr>
            <w:tcW w:w="7480" w:type="dxa"/>
          </w:tcPr>
          <w:p w14:paraId="12DB3C2D" w14:textId="77777777" w:rsidR="00813A23" w:rsidRDefault="00813A23">
            <w:r>
              <w:t>Pupils can move safely in a given space with awareness of others.</w:t>
            </w:r>
            <w:r>
              <w:br/>
              <w:t>Pupils can run, jump, hop and skip with basic coordination.</w:t>
            </w:r>
            <w:r>
              <w:br/>
              <w:t>Pupils can balance using different body parts on the floor and apparatus.</w:t>
            </w:r>
            <w:r>
              <w:br/>
              <w:t>Pupils can roll, push, and catch large balls with two hands.</w:t>
            </w:r>
            <w:r>
              <w:br/>
              <w:t>Pupils can follow simple instructions and demonstrate control in movement.</w:t>
            </w:r>
          </w:p>
        </w:tc>
      </w:tr>
      <w:tr w:rsidR="00813A23" w14:paraId="564E5047" w14:textId="77777777" w:rsidTr="00813A23">
        <w:tc>
          <w:tcPr>
            <w:tcW w:w="2126" w:type="dxa"/>
          </w:tcPr>
          <w:p w14:paraId="40FABEA0" w14:textId="77777777" w:rsidR="00813A23" w:rsidRDefault="00813A23">
            <w:r>
              <w:t>Dance</w:t>
            </w:r>
          </w:p>
        </w:tc>
        <w:tc>
          <w:tcPr>
            <w:tcW w:w="7480" w:type="dxa"/>
          </w:tcPr>
          <w:p w14:paraId="6E6FE919" w14:textId="77777777" w:rsidR="00813A23" w:rsidRDefault="00813A23">
            <w:r>
              <w:t>Pupils can copy and repeat simple actions and movements.</w:t>
            </w:r>
            <w:r>
              <w:br/>
              <w:t>Pupils can move in time to a steady beat.</w:t>
            </w:r>
            <w:r>
              <w:br/>
              <w:t>Pupils can change direction and speed in response to music.</w:t>
            </w:r>
            <w:r>
              <w:br/>
              <w:t>Pupils can create simple movement patterns with a partner.</w:t>
            </w:r>
            <w:r>
              <w:br/>
              <w:t>Pupils can show contrasting movements (e.g., high/low, fast/slow).</w:t>
            </w:r>
          </w:p>
        </w:tc>
      </w:tr>
      <w:tr w:rsidR="00813A23" w14:paraId="67A192E3" w14:textId="77777777" w:rsidTr="00813A23">
        <w:tc>
          <w:tcPr>
            <w:tcW w:w="2126" w:type="dxa"/>
          </w:tcPr>
          <w:p w14:paraId="156A98B9" w14:textId="77777777" w:rsidR="00813A23" w:rsidRDefault="00813A23">
            <w:r>
              <w:t>Gymnastics</w:t>
            </w:r>
          </w:p>
        </w:tc>
        <w:tc>
          <w:tcPr>
            <w:tcW w:w="7480" w:type="dxa"/>
          </w:tcPr>
          <w:p w14:paraId="3571BE62" w14:textId="77777777" w:rsidR="00813A23" w:rsidRDefault="00813A23">
            <w:r>
              <w:t>Pupils can perform simple balances using different body parts.</w:t>
            </w:r>
            <w:r>
              <w:br/>
              <w:t>Pupils can travel in different ways (crawl, roll, jump).</w:t>
            </w:r>
            <w:r>
              <w:br/>
              <w:t>Pupils can copy and repeat simple shapes and movements.</w:t>
            </w:r>
            <w:r>
              <w:br/>
              <w:t>Pupils can start and finish positions for a short sequence.</w:t>
            </w:r>
            <w:r>
              <w:br/>
              <w:t>Pupils can use apparatus safely with guidance.</w:t>
            </w:r>
          </w:p>
        </w:tc>
      </w:tr>
      <w:tr w:rsidR="00813A23" w14:paraId="323EBA23" w14:textId="77777777" w:rsidTr="00813A23">
        <w:tc>
          <w:tcPr>
            <w:tcW w:w="2126" w:type="dxa"/>
          </w:tcPr>
          <w:p w14:paraId="3C8CEDC6" w14:textId="77777777" w:rsidR="00813A23" w:rsidRDefault="00813A23">
            <w:r>
              <w:t>Invasion Games</w:t>
            </w:r>
          </w:p>
        </w:tc>
        <w:tc>
          <w:tcPr>
            <w:tcW w:w="7480" w:type="dxa"/>
          </w:tcPr>
          <w:p w14:paraId="058AA092" w14:textId="77777777" w:rsidR="00813A23" w:rsidRDefault="00813A23">
            <w:r>
              <w:t>Pupils can move and stop on command with control.</w:t>
            </w:r>
            <w:r>
              <w:br/>
              <w:t>Pupils can roll or throw a ball towards a target.</w:t>
            </w:r>
            <w:r>
              <w:br/>
              <w:t>Pupils can catch a large ball using two hands.</w:t>
            </w:r>
            <w:r>
              <w:br/>
              <w:t>Pupils can move into space to receive a ball.</w:t>
            </w:r>
            <w:r>
              <w:br/>
              <w:t>Pupils can follow simple rules and take turns.</w:t>
            </w:r>
          </w:p>
        </w:tc>
      </w:tr>
      <w:tr w:rsidR="00813A23" w14:paraId="3E956163" w14:textId="77777777" w:rsidTr="00813A23">
        <w:tc>
          <w:tcPr>
            <w:tcW w:w="2126" w:type="dxa"/>
          </w:tcPr>
          <w:p w14:paraId="2B7793ED" w14:textId="77777777" w:rsidR="00813A23" w:rsidRDefault="00813A23">
            <w:r>
              <w:t>Net/Wall Games</w:t>
            </w:r>
          </w:p>
        </w:tc>
        <w:tc>
          <w:tcPr>
            <w:tcW w:w="7480" w:type="dxa"/>
          </w:tcPr>
          <w:p w14:paraId="2572C251" w14:textId="77777777" w:rsidR="00813A23" w:rsidRDefault="00813A23">
            <w:r>
              <w:t>Pupils can send a beanbag or ball to a partner under control.</w:t>
            </w:r>
            <w:bookmarkStart w:id="0" w:name="_GoBack"/>
            <w:bookmarkEnd w:id="0"/>
            <w:r>
              <w:br/>
              <w:t>Pupils can track and catch a ball after one bounce.</w:t>
            </w:r>
            <w:r>
              <w:br/>
              <w:t>Pupils can return a rolled or bounced ball to a partner.</w:t>
            </w:r>
            <w:r>
              <w:br/>
              <w:t>Pupils can demonstrate coordination when striking an object with a hand.</w:t>
            </w:r>
            <w:r>
              <w:br/>
              <w:t>Pupils can play simple cooperative rallies with guidance.</w:t>
            </w:r>
          </w:p>
        </w:tc>
      </w:tr>
      <w:tr w:rsidR="00813A23" w14:paraId="0E4634B9" w14:textId="77777777" w:rsidTr="00813A23">
        <w:tc>
          <w:tcPr>
            <w:tcW w:w="2126" w:type="dxa"/>
          </w:tcPr>
          <w:p w14:paraId="03C5E324" w14:textId="77777777" w:rsidR="00813A23" w:rsidRDefault="00813A23">
            <w:r>
              <w:t>Striking &amp; Fielding Games</w:t>
            </w:r>
          </w:p>
        </w:tc>
        <w:tc>
          <w:tcPr>
            <w:tcW w:w="7480" w:type="dxa"/>
          </w:tcPr>
          <w:p w14:paraId="59A79D31" w14:textId="77777777" w:rsidR="00813A23" w:rsidRDefault="00813A23">
            <w:r>
              <w:t>Pupils can strike a stationary ball with a bat or hand.</w:t>
            </w:r>
            <w:r>
              <w:br/>
              <w:t>Pupils can retrieve a ball and return it accurately to a partner.</w:t>
            </w:r>
            <w:r>
              <w:br/>
              <w:t>Pupils can demonstrate an underarm throw towards a target.</w:t>
            </w:r>
            <w:r>
              <w:br/>
              <w:t>Pupils can understand the basic idea of scoring runs.</w:t>
            </w:r>
            <w:r>
              <w:br/>
              <w:t>Pupils can take turns as batter and fielder.</w:t>
            </w:r>
          </w:p>
        </w:tc>
      </w:tr>
      <w:tr w:rsidR="00813A23" w14:paraId="7BFBC0C8" w14:textId="77777777" w:rsidTr="00813A23">
        <w:tc>
          <w:tcPr>
            <w:tcW w:w="2126" w:type="dxa"/>
          </w:tcPr>
          <w:p w14:paraId="36616178" w14:textId="77777777" w:rsidR="00813A23" w:rsidRDefault="00813A23">
            <w:r>
              <w:t>Athletics</w:t>
            </w:r>
          </w:p>
        </w:tc>
        <w:tc>
          <w:tcPr>
            <w:tcW w:w="7480" w:type="dxa"/>
          </w:tcPr>
          <w:p w14:paraId="50E4FE47" w14:textId="77777777" w:rsidR="00813A23" w:rsidRDefault="00813A23">
            <w:r>
              <w:t>Pupils can run in a straight line at different speeds.</w:t>
            </w:r>
            <w:r>
              <w:br/>
              <w:t>Pupils can jump and land with control using two feet.</w:t>
            </w:r>
            <w:r>
              <w:br/>
              <w:t>Pupils can throw an object for distance using an underarm technique.</w:t>
            </w:r>
            <w:r>
              <w:br/>
              <w:t>Pupils can measure simple results such as distance or time.</w:t>
            </w:r>
            <w:r>
              <w:br/>
              <w:t>Pupils can show perseverance when repeating a task to improve.</w:t>
            </w:r>
          </w:p>
        </w:tc>
      </w:tr>
    </w:tbl>
    <w:p w14:paraId="041FB471" w14:textId="77777777" w:rsidR="00FA4B6B" w:rsidRDefault="00C42F58">
      <w:r>
        <w:br w:type="page"/>
      </w:r>
    </w:p>
    <w:p w14:paraId="4F5A0939" w14:textId="77777777" w:rsidR="00FA4B6B" w:rsidRDefault="00C42F58">
      <w:pPr>
        <w:pStyle w:val="Heading2"/>
      </w:pPr>
      <w:r>
        <w:lastRenderedPageBreak/>
        <w:t>Year 1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126"/>
        <w:gridCol w:w="7763"/>
      </w:tblGrid>
      <w:tr w:rsidR="00813A23" w14:paraId="64091B89" w14:textId="77777777" w:rsidTr="00813A23">
        <w:tc>
          <w:tcPr>
            <w:tcW w:w="2126" w:type="dxa"/>
          </w:tcPr>
          <w:p w14:paraId="4C20B60F" w14:textId="77777777" w:rsidR="00813A23" w:rsidRDefault="00813A23">
            <w:r>
              <w:t>Unit</w:t>
            </w:r>
          </w:p>
        </w:tc>
        <w:tc>
          <w:tcPr>
            <w:tcW w:w="7763" w:type="dxa"/>
          </w:tcPr>
          <w:p w14:paraId="1DF53BF0" w14:textId="77777777" w:rsidR="00813A23" w:rsidRDefault="00813A23">
            <w:r>
              <w:t>5 Key Skills (Progressive)</w:t>
            </w:r>
          </w:p>
        </w:tc>
      </w:tr>
      <w:tr w:rsidR="00813A23" w14:paraId="57F960FD" w14:textId="77777777" w:rsidTr="00813A23">
        <w:tc>
          <w:tcPr>
            <w:tcW w:w="2126" w:type="dxa"/>
          </w:tcPr>
          <w:p w14:paraId="4C723D32" w14:textId="77777777" w:rsidR="00813A23" w:rsidRDefault="00813A23">
            <w:r>
              <w:t>Fundamental Skills</w:t>
            </w:r>
          </w:p>
        </w:tc>
        <w:tc>
          <w:tcPr>
            <w:tcW w:w="7763" w:type="dxa"/>
          </w:tcPr>
          <w:p w14:paraId="55A28C9E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27E96DB6" w14:textId="77777777" w:rsidTr="00813A23">
        <w:tc>
          <w:tcPr>
            <w:tcW w:w="2126" w:type="dxa"/>
          </w:tcPr>
          <w:p w14:paraId="150AB0B7" w14:textId="77777777" w:rsidR="00813A23" w:rsidRDefault="00813A23">
            <w:r>
              <w:t>Dance</w:t>
            </w:r>
          </w:p>
        </w:tc>
        <w:tc>
          <w:tcPr>
            <w:tcW w:w="7763" w:type="dxa"/>
          </w:tcPr>
          <w:p w14:paraId="562A180C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2211C492" w14:textId="77777777" w:rsidTr="00813A23">
        <w:tc>
          <w:tcPr>
            <w:tcW w:w="2126" w:type="dxa"/>
          </w:tcPr>
          <w:p w14:paraId="4122A16E" w14:textId="77777777" w:rsidR="00813A23" w:rsidRDefault="00813A23">
            <w:r>
              <w:t>Gymnastics</w:t>
            </w:r>
          </w:p>
        </w:tc>
        <w:tc>
          <w:tcPr>
            <w:tcW w:w="7763" w:type="dxa"/>
          </w:tcPr>
          <w:p w14:paraId="6897C948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486D0B33" w14:textId="77777777" w:rsidTr="00813A23">
        <w:tc>
          <w:tcPr>
            <w:tcW w:w="2126" w:type="dxa"/>
          </w:tcPr>
          <w:p w14:paraId="1EAEE0B8" w14:textId="77777777" w:rsidR="00813A23" w:rsidRDefault="00813A23">
            <w:r>
              <w:t>Invasion Games</w:t>
            </w:r>
          </w:p>
        </w:tc>
        <w:tc>
          <w:tcPr>
            <w:tcW w:w="7763" w:type="dxa"/>
          </w:tcPr>
          <w:p w14:paraId="35EFB7DB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472AF1FD" w14:textId="77777777" w:rsidTr="00813A23">
        <w:tc>
          <w:tcPr>
            <w:tcW w:w="2126" w:type="dxa"/>
          </w:tcPr>
          <w:p w14:paraId="1A5377AD" w14:textId="77777777" w:rsidR="00813A23" w:rsidRDefault="00813A23">
            <w:r>
              <w:t>Fitness</w:t>
            </w:r>
          </w:p>
        </w:tc>
        <w:tc>
          <w:tcPr>
            <w:tcW w:w="7763" w:type="dxa"/>
          </w:tcPr>
          <w:p w14:paraId="0F22DAA7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or </w:t>
            </w:r>
            <w:r>
              <w:lastRenderedPageBreak/>
              <w:t>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22403024" w14:textId="77777777" w:rsidTr="00813A23">
        <w:tc>
          <w:tcPr>
            <w:tcW w:w="2126" w:type="dxa"/>
          </w:tcPr>
          <w:p w14:paraId="55924F06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763" w:type="dxa"/>
          </w:tcPr>
          <w:p w14:paraId="68EE8A65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2A6DB3E8" w14:textId="77777777" w:rsidTr="00813A23">
        <w:tc>
          <w:tcPr>
            <w:tcW w:w="2126" w:type="dxa"/>
          </w:tcPr>
          <w:p w14:paraId="13839AB1" w14:textId="77777777" w:rsidR="00813A23" w:rsidRDefault="00813A23">
            <w:r>
              <w:t>Striking &amp; Fielding Games</w:t>
            </w:r>
          </w:p>
        </w:tc>
        <w:tc>
          <w:tcPr>
            <w:tcW w:w="7763" w:type="dxa"/>
          </w:tcPr>
          <w:p w14:paraId="3AD221F6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5598E7D3" w14:textId="77777777" w:rsidTr="00813A23">
        <w:tc>
          <w:tcPr>
            <w:tcW w:w="2126" w:type="dxa"/>
          </w:tcPr>
          <w:p w14:paraId="4D9BA771" w14:textId="77777777" w:rsidR="00813A23" w:rsidRDefault="00813A23">
            <w:r>
              <w:t>Athletics</w:t>
            </w:r>
          </w:p>
        </w:tc>
        <w:tc>
          <w:tcPr>
            <w:tcW w:w="7763" w:type="dxa"/>
          </w:tcPr>
          <w:p w14:paraId="677383EC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</w:tbl>
    <w:p w14:paraId="6602637D" w14:textId="77777777" w:rsidR="00FA4B6B" w:rsidRDefault="00C42F58">
      <w:r>
        <w:br w:type="page"/>
      </w:r>
    </w:p>
    <w:p w14:paraId="04AFAA73" w14:textId="77777777" w:rsidR="00FA4B6B" w:rsidRDefault="00C42F58">
      <w:pPr>
        <w:pStyle w:val="Heading2"/>
      </w:pPr>
      <w:r>
        <w:lastRenderedPageBreak/>
        <w:t>Year 2</w:t>
      </w:r>
    </w:p>
    <w:tbl>
      <w:tblPr>
        <w:tblStyle w:val="TableGrid"/>
        <w:tblW w:w="9464" w:type="dxa"/>
        <w:tblLook w:val="04A0" w:firstRow="1" w:lastRow="0" w:firstColumn="1" w:lastColumn="0" w:noHBand="0" w:noVBand="1"/>
      </w:tblPr>
      <w:tblGrid>
        <w:gridCol w:w="2126"/>
        <w:gridCol w:w="7338"/>
      </w:tblGrid>
      <w:tr w:rsidR="00813A23" w14:paraId="5D0F3A90" w14:textId="77777777" w:rsidTr="00813A23">
        <w:tc>
          <w:tcPr>
            <w:tcW w:w="2126" w:type="dxa"/>
          </w:tcPr>
          <w:p w14:paraId="622AB0CD" w14:textId="77777777" w:rsidR="00813A23" w:rsidRDefault="00813A23">
            <w:r>
              <w:t>Unit</w:t>
            </w:r>
          </w:p>
        </w:tc>
        <w:tc>
          <w:tcPr>
            <w:tcW w:w="7338" w:type="dxa"/>
          </w:tcPr>
          <w:p w14:paraId="1ACD9D10" w14:textId="77777777" w:rsidR="00813A23" w:rsidRDefault="00813A23">
            <w:r>
              <w:t>5 Key Skills (Progressive)</w:t>
            </w:r>
          </w:p>
        </w:tc>
      </w:tr>
      <w:tr w:rsidR="00813A23" w14:paraId="61D638BD" w14:textId="77777777" w:rsidTr="00813A23">
        <w:tc>
          <w:tcPr>
            <w:tcW w:w="2126" w:type="dxa"/>
          </w:tcPr>
          <w:p w14:paraId="2C4698A8" w14:textId="77777777" w:rsidR="00813A23" w:rsidRDefault="00813A23">
            <w:r>
              <w:t>Fundamental Skills</w:t>
            </w:r>
          </w:p>
        </w:tc>
        <w:tc>
          <w:tcPr>
            <w:tcW w:w="7338" w:type="dxa"/>
          </w:tcPr>
          <w:p w14:paraId="2B5B1F8D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1CDEB3AB" w14:textId="77777777" w:rsidTr="00813A23">
        <w:tc>
          <w:tcPr>
            <w:tcW w:w="2126" w:type="dxa"/>
          </w:tcPr>
          <w:p w14:paraId="724BA6AA" w14:textId="77777777" w:rsidR="00813A23" w:rsidRDefault="00813A23">
            <w:r>
              <w:t>Dance</w:t>
            </w:r>
          </w:p>
        </w:tc>
        <w:tc>
          <w:tcPr>
            <w:tcW w:w="7338" w:type="dxa"/>
          </w:tcPr>
          <w:p w14:paraId="5B45B933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2E536D40" w14:textId="77777777" w:rsidTr="00813A23">
        <w:tc>
          <w:tcPr>
            <w:tcW w:w="2126" w:type="dxa"/>
          </w:tcPr>
          <w:p w14:paraId="269F6E4E" w14:textId="77777777" w:rsidR="00813A23" w:rsidRDefault="00813A23">
            <w:r>
              <w:t>Gymnastics</w:t>
            </w:r>
          </w:p>
        </w:tc>
        <w:tc>
          <w:tcPr>
            <w:tcW w:w="7338" w:type="dxa"/>
          </w:tcPr>
          <w:p w14:paraId="4D576F3E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7377ED0A" w14:textId="77777777" w:rsidTr="00813A23">
        <w:tc>
          <w:tcPr>
            <w:tcW w:w="2126" w:type="dxa"/>
          </w:tcPr>
          <w:p w14:paraId="5192EDEA" w14:textId="77777777" w:rsidR="00813A23" w:rsidRDefault="00813A23">
            <w:r>
              <w:t>Invasion Games</w:t>
            </w:r>
          </w:p>
        </w:tc>
        <w:tc>
          <w:tcPr>
            <w:tcW w:w="7338" w:type="dxa"/>
          </w:tcPr>
          <w:p w14:paraId="0CBE16A8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3A54EB7A" w14:textId="77777777" w:rsidTr="00813A23">
        <w:tc>
          <w:tcPr>
            <w:tcW w:w="2126" w:type="dxa"/>
          </w:tcPr>
          <w:p w14:paraId="5ACD99CF" w14:textId="77777777" w:rsidR="00813A23" w:rsidRDefault="00813A23">
            <w:r>
              <w:t>Fitness</w:t>
            </w:r>
          </w:p>
        </w:tc>
        <w:tc>
          <w:tcPr>
            <w:tcW w:w="7338" w:type="dxa"/>
          </w:tcPr>
          <w:p w14:paraId="1C9279BC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</w:t>
            </w:r>
            <w:r>
              <w:lastRenderedPageBreak/>
              <w:t>or 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4E9500E8" w14:textId="77777777" w:rsidTr="00813A23">
        <w:tc>
          <w:tcPr>
            <w:tcW w:w="2126" w:type="dxa"/>
          </w:tcPr>
          <w:p w14:paraId="66DA7A6A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338" w:type="dxa"/>
          </w:tcPr>
          <w:p w14:paraId="66971F34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4B6A1E62" w14:textId="77777777" w:rsidTr="00813A23">
        <w:tc>
          <w:tcPr>
            <w:tcW w:w="2126" w:type="dxa"/>
          </w:tcPr>
          <w:p w14:paraId="45509727" w14:textId="77777777" w:rsidR="00813A23" w:rsidRDefault="00813A23">
            <w:r>
              <w:t>Striking &amp; Fielding Games</w:t>
            </w:r>
          </w:p>
        </w:tc>
        <w:tc>
          <w:tcPr>
            <w:tcW w:w="7338" w:type="dxa"/>
          </w:tcPr>
          <w:p w14:paraId="3FC388F6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4808CD68" w14:textId="77777777" w:rsidTr="00813A23">
        <w:tc>
          <w:tcPr>
            <w:tcW w:w="2126" w:type="dxa"/>
          </w:tcPr>
          <w:p w14:paraId="411C6759" w14:textId="77777777" w:rsidR="00813A23" w:rsidRDefault="00813A23">
            <w:r>
              <w:t>Athletics</w:t>
            </w:r>
          </w:p>
        </w:tc>
        <w:tc>
          <w:tcPr>
            <w:tcW w:w="7338" w:type="dxa"/>
          </w:tcPr>
          <w:p w14:paraId="79B5A1B0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</w:tbl>
    <w:p w14:paraId="14BCDAFC" w14:textId="77777777" w:rsidR="00FA4B6B" w:rsidRDefault="00C42F58">
      <w:r>
        <w:br w:type="page"/>
      </w:r>
    </w:p>
    <w:p w14:paraId="2C29C4F9" w14:textId="77777777" w:rsidR="00FA4B6B" w:rsidRDefault="00C42F58">
      <w:pPr>
        <w:pStyle w:val="Heading2"/>
      </w:pPr>
      <w:r>
        <w:lastRenderedPageBreak/>
        <w:t>Year 3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126"/>
        <w:gridCol w:w="7763"/>
      </w:tblGrid>
      <w:tr w:rsidR="00813A23" w14:paraId="252D145A" w14:textId="77777777" w:rsidTr="00813A23">
        <w:tc>
          <w:tcPr>
            <w:tcW w:w="2126" w:type="dxa"/>
          </w:tcPr>
          <w:p w14:paraId="59764C9D" w14:textId="77777777" w:rsidR="00813A23" w:rsidRDefault="00813A23">
            <w:r>
              <w:t>Unit</w:t>
            </w:r>
          </w:p>
        </w:tc>
        <w:tc>
          <w:tcPr>
            <w:tcW w:w="7763" w:type="dxa"/>
          </w:tcPr>
          <w:p w14:paraId="2A65F9CE" w14:textId="77777777" w:rsidR="00813A23" w:rsidRDefault="00813A23">
            <w:r>
              <w:t>5 Key Skills (Progressive)</w:t>
            </w:r>
          </w:p>
        </w:tc>
      </w:tr>
      <w:tr w:rsidR="00813A23" w14:paraId="42936372" w14:textId="77777777" w:rsidTr="00813A23">
        <w:tc>
          <w:tcPr>
            <w:tcW w:w="2126" w:type="dxa"/>
          </w:tcPr>
          <w:p w14:paraId="4D72833B" w14:textId="77777777" w:rsidR="00813A23" w:rsidRDefault="00813A23">
            <w:r>
              <w:t>Fundamental Skills</w:t>
            </w:r>
          </w:p>
        </w:tc>
        <w:tc>
          <w:tcPr>
            <w:tcW w:w="7763" w:type="dxa"/>
          </w:tcPr>
          <w:p w14:paraId="3D2153AA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17D459F0" w14:textId="77777777" w:rsidTr="00813A23">
        <w:tc>
          <w:tcPr>
            <w:tcW w:w="2126" w:type="dxa"/>
          </w:tcPr>
          <w:p w14:paraId="2B5AD938" w14:textId="77777777" w:rsidR="00813A23" w:rsidRDefault="00813A23">
            <w:r>
              <w:t>Dance</w:t>
            </w:r>
          </w:p>
        </w:tc>
        <w:tc>
          <w:tcPr>
            <w:tcW w:w="7763" w:type="dxa"/>
          </w:tcPr>
          <w:p w14:paraId="574BF3C9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0D476177" w14:textId="77777777" w:rsidTr="00813A23">
        <w:tc>
          <w:tcPr>
            <w:tcW w:w="2126" w:type="dxa"/>
          </w:tcPr>
          <w:p w14:paraId="488AFF97" w14:textId="77777777" w:rsidR="00813A23" w:rsidRDefault="00813A23">
            <w:r>
              <w:t>Gymnastics</w:t>
            </w:r>
          </w:p>
        </w:tc>
        <w:tc>
          <w:tcPr>
            <w:tcW w:w="7763" w:type="dxa"/>
          </w:tcPr>
          <w:p w14:paraId="177C0E90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40F13A7B" w14:textId="77777777" w:rsidTr="00813A23">
        <w:tc>
          <w:tcPr>
            <w:tcW w:w="2126" w:type="dxa"/>
          </w:tcPr>
          <w:p w14:paraId="0672B9B9" w14:textId="77777777" w:rsidR="00813A23" w:rsidRDefault="00813A23">
            <w:r>
              <w:t>Invasion Games</w:t>
            </w:r>
          </w:p>
        </w:tc>
        <w:tc>
          <w:tcPr>
            <w:tcW w:w="7763" w:type="dxa"/>
          </w:tcPr>
          <w:p w14:paraId="7A4B971D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2330826F" w14:textId="77777777" w:rsidTr="00813A23">
        <w:tc>
          <w:tcPr>
            <w:tcW w:w="2126" w:type="dxa"/>
          </w:tcPr>
          <w:p w14:paraId="015D5FC6" w14:textId="77777777" w:rsidR="00813A23" w:rsidRDefault="00813A23">
            <w:r>
              <w:t>Fitness</w:t>
            </w:r>
          </w:p>
        </w:tc>
        <w:tc>
          <w:tcPr>
            <w:tcW w:w="7763" w:type="dxa"/>
          </w:tcPr>
          <w:p w14:paraId="762FCF4C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or </w:t>
            </w:r>
            <w:r>
              <w:lastRenderedPageBreak/>
              <w:t>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4CEF9390" w14:textId="77777777" w:rsidTr="00813A23">
        <w:tc>
          <w:tcPr>
            <w:tcW w:w="2126" w:type="dxa"/>
          </w:tcPr>
          <w:p w14:paraId="1708AA07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763" w:type="dxa"/>
          </w:tcPr>
          <w:p w14:paraId="426F8FE1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40091B0B" w14:textId="77777777" w:rsidTr="00813A23">
        <w:tc>
          <w:tcPr>
            <w:tcW w:w="2126" w:type="dxa"/>
          </w:tcPr>
          <w:p w14:paraId="1DFCD993" w14:textId="77777777" w:rsidR="00813A23" w:rsidRDefault="00813A23">
            <w:r>
              <w:t>Striking &amp; Fielding Games</w:t>
            </w:r>
          </w:p>
        </w:tc>
        <w:tc>
          <w:tcPr>
            <w:tcW w:w="7763" w:type="dxa"/>
          </w:tcPr>
          <w:p w14:paraId="0833A337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44095997" w14:textId="77777777" w:rsidTr="00813A23">
        <w:tc>
          <w:tcPr>
            <w:tcW w:w="2126" w:type="dxa"/>
          </w:tcPr>
          <w:p w14:paraId="385F5953" w14:textId="77777777" w:rsidR="00813A23" w:rsidRDefault="00813A23">
            <w:r>
              <w:t>Athletics</w:t>
            </w:r>
          </w:p>
        </w:tc>
        <w:tc>
          <w:tcPr>
            <w:tcW w:w="7763" w:type="dxa"/>
          </w:tcPr>
          <w:p w14:paraId="3CF2A74F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  <w:tr w:rsidR="00813A23" w14:paraId="0EDDB007" w14:textId="77777777" w:rsidTr="00813A23">
        <w:tc>
          <w:tcPr>
            <w:tcW w:w="2126" w:type="dxa"/>
          </w:tcPr>
          <w:p w14:paraId="35BED22B" w14:textId="77777777" w:rsidR="00813A23" w:rsidRDefault="00813A23">
            <w:r>
              <w:t>Outdoor &amp; Adventurous Activities (OAA)</w:t>
            </w:r>
          </w:p>
        </w:tc>
        <w:tc>
          <w:tcPr>
            <w:tcW w:w="7763" w:type="dxa"/>
          </w:tcPr>
          <w:p w14:paraId="74918D11" w14:textId="77777777" w:rsidR="00813A23" w:rsidRDefault="00813A23">
            <w:r>
              <w:t>Pupils can perform the follow a simple path or route around a set area with increasing control and consistency.</w:t>
            </w:r>
            <w:r>
              <w:br/>
              <w:t>Pupils can extend their ability to work with a partner to complete a simple challenge, applying this in different contexts.</w:t>
            </w:r>
            <w:r>
              <w:br/>
              <w:t>Pupils can refine technique to listen to and follow instructions accurately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outdoor &amp; adventurous activities (oaa).</w:t>
            </w:r>
          </w:p>
        </w:tc>
      </w:tr>
    </w:tbl>
    <w:p w14:paraId="69B6B0EA" w14:textId="77777777" w:rsidR="00FA4B6B" w:rsidRDefault="00C42F58">
      <w:r>
        <w:br w:type="page"/>
      </w:r>
    </w:p>
    <w:p w14:paraId="20ADFFF0" w14:textId="77777777" w:rsidR="00FA4B6B" w:rsidRDefault="00C42F58">
      <w:pPr>
        <w:pStyle w:val="Heading2"/>
      </w:pPr>
      <w:r>
        <w:lastRenderedPageBreak/>
        <w:t>Year 4</w:t>
      </w:r>
    </w:p>
    <w:tbl>
      <w:tblPr>
        <w:tblStyle w:val="TableGrid"/>
        <w:tblW w:w="10031" w:type="dxa"/>
        <w:tblLook w:val="04A0" w:firstRow="1" w:lastRow="0" w:firstColumn="1" w:lastColumn="0" w:noHBand="0" w:noVBand="1"/>
      </w:tblPr>
      <w:tblGrid>
        <w:gridCol w:w="2126"/>
        <w:gridCol w:w="7905"/>
      </w:tblGrid>
      <w:tr w:rsidR="00813A23" w14:paraId="39F61E35" w14:textId="77777777" w:rsidTr="00813A23">
        <w:tc>
          <w:tcPr>
            <w:tcW w:w="2126" w:type="dxa"/>
          </w:tcPr>
          <w:p w14:paraId="4E40687D" w14:textId="77777777" w:rsidR="00813A23" w:rsidRDefault="00813A23">
            <w:r>
              <w:t>Unit</w:t>
            </w:r>
          </w:p>
        </w:tc>
        <w:tc>
          <w:tcPr>
            <w:tcW w:w="7905" w:type="dxa"/>
          </w:tcPr>
          <w:p w14:paraId="17F55622" w14:textId="77777777" w:rsidR="00813A23" w:rsidRDefault="00813A23">
            <w:r>
              <w:t>5 Key Skills (Progressive)</w:t>
            </w:r>
          </w:p>
        </w:tc>
      </w:tr>
      <w:tr w:rsidR="00813A23" w14:paraId="3A7A43E5" w14:textId="77777777" w:rsidTr="00813A23">
        <w:tc>
          <w:tcPr>
            <w:tcW w:w="2126" w:type="dxa"/>
          </w:tcPr>
          <w:p w14:paraId="31F1B883" w14:textId="77777777" w:rsidR="00813A23" w:rsidRDefault="00813A23">
            <w:r>
              <w:t>Fundamental Skills</w:t>
            </w:r>
          </w:p>
        </w:tc>
        <w:tc>
          <w:tcPr>
            <w:tcW w:w="7905" w:type="dxa"/>
          </w:tcPr>
          <w:p w14:paraId="21404A97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0E06681D" w14:textId="77777777" w:rsidTr="00813A23">
        <w:tc>
          <w:tcPr>
            <w:tcW w:w="2126" w:type="dxa"/>
          </w:tcPr>
          <w:p w14:paraId="7F8B7524" w14:textId="77777777" w:rsidR="00813A23" w:rsidRDefault="00813A23">
            <w:r>
              <w:t>Dance</w:t>
            </w:r>
          </w:p>
        </w:tc>
        <w:tc>
          <w:tcPr>
            <w:tcW w:w="7905" w:type="dxa"/>
          </w:tcPr>
          <w:p w14:paraId="2419D4D3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3054E2E9" w14:textId="77777777" w:rsidTr="00813A23">
        <w:tc>
          <w:tcPr>
            <w:tcW w:w="2126" w:type="dxa"/>
          </w:tcPr>
          <w:p w14:paraId="26D4E2A0" w14:textId="77777777" w:rsidR="00813A23" w:rsidRDefault="00813A23">
            <w:r>
              <w:t>Gymnastics</w:t>
            </w:r>
          </w:p>
        </w:tc>
        <w:tc>
          <w:tcPr>
            <w:tcW w:w="7905" w:type="dxa"/>
          </w:tcPr>
          <w:p w14:paraId="5006CF8B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1F05668A" w14:textId="77777777" w:rsidTr="00813A23">
        <w:tc>
          <w:tcPr>
            <w:tcW w:w="2126" w:type="dxa"/>
          </w:tcPr>
          <w:p w14:paraId="4391CF33" w14:textId="77777777" w:rsidR="00813A23" w:rsidRDefault="00813A23">
            <w:r>
              <w:t>Invasion Games</w:t>
            </w:r>
          </w:p>
        </w:tc>
        <w:tc>
          <w:tcPr>
            <w:tcW w:w="7905" w:type="dxa"/>
          </w:tcPr>
          <w:p w14:paraId="4BC6A71A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0D94ACE4" w14:textId="77777777" w:rsidTr="00813A23">
        <w:tc>
          <w:tcPr>
            <w:tcW w:w="2126" w:type="dxa"/>
          </w:tcPr>
          <w:p w14:paraId="2D3B8AA9" w14:textId="77777777" w:rsidR="00813A23" w:rsidRDefault="00813A23">
            <w:r>
              <w:t>Fitness</w:t>
            </w:r>
          </w:p>
        </w:tc>
        <w:tc>
          <w:tcPr>
            <w:tcW w:w="7905" w:type="dxa"/>
          </w:tcPr>
          <w:p w14:paraId="604336A8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or </w:t>
            </w:r>
            <w:r>
              <w:lastRenderedPageBreak/>
              <w:t>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739531A6" w14:textId="77777777" w:rsidTr="00813A23">
        <w:tc>
          <w:tcPr>
            <w:tcW w:w="2126" w:type="dxa"/>
          </w:tcPr>
          <w:p w14:paraId="1BB962D9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905" w:type="dxa"/>
          </w:tcPr>
          <w:p w14:paraId="3211E544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12D9624B" w14:textId="77777777" w:rsidTr="00813A23">
        <w:tc>
          <w:tcPr>
            <w:tcW w:w="2126" w:type="dxa"/>
          </w:tcPr>
          <w:p w14:paraId="3D9EA63D" w14:textId="77777777" w:rsidR="00813A23" w:rsidRDefault="00813A23">
            <w:r>
              <w:t>Striking &amp; Fielding Games</w:t>
            </w:r>
          </w:p>
        </w:tc>
        <w:tc>
          <w:tcPr>
            <w:tcW w:w="7905" w:type="dxa"/>
          </w:tcPr>
          <w:p w14:paraId="0A5C5299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7F8C632A" w14:textId="77777777" w:rsidTr="00813A23">
        <w:tc>
          <w:tcPr>
            <w:tcW w:w="2126" w:type="dxa"/>
          </w:tcPr>
          <w:p w14:paraId="389C9F41" w14:textId="77777777" w:rsidR="00813A23" w:rsidRDefault="00813A23">
            <w:r>
              <w:t>Athletics</w:t>
            </w:r>
          </w:p>
        </w:tc>
        <w:tc>
          <w:tcPr>
            <w:tcW w:w="7905" w:type="dxa"/>
          </w:tcPr>
          <w:p w14:paraId="6B964971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  <w:tr w:rsidR="00813A23" w14:paraId="6AA32466" w14:textId="77777777" w:rsidTr="00813A23">
        <w:tc>
          <w:tcPr>
            <w:tcW w:w="2126" w:type="dxa"/>
          </w:tcPr>
          <w:p w14:paraId="47C550D9" w14:textId="77777777" w:rsidR="00813A23" w:rsidRDefault="00813A23">
            <w:r>
              <w:t>Outdoor &amp; Adventurous Activities (OAA)</w:t>
            </w:r>
          </w:p>
        </w:tc>
        <w:tc>
          <w:tcPr>
            <w:tcW w:w="7905" w:type="dxa"/>
          </w:tcPr>
          <w:p w14:paraId="77BB61C8" w14:textId="77777777" w:rsidR="00813A23" w:rsidRDefault="00813A23">
            <w:r>
              <w:t>Pupils can perform the follow a simple path or route around a set area with increasing control and consistency.</w:t>
            </w:r>
            <w:r>
              <w:br/>
              <w:t>Pupils can extend their ability to work with a partner to complete a simple challenge, applying this in different contexts.</w:t>
            </w:r>
            <w:r>
              <w:br/>
              <w:t>Pupils can refine technique to listen to and follow instructions accurately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outdoor &amp; adventurous activities (oaa).</w:t>
            </w:r>
          </w:p>
        </w:tc>
      </w:tr>
    </w:tbl>
    <w:p w14:paraId="0FB848E1" w14:textId="77777777" w:rsidR="00FA4B6B" w:rsidRDefault="00C42F58">
      <w:r>
        <w:br w:type="page"/>
      </w:r>
    </w:p>
    <w:p w14:paraId="2BD0A1D4" w14:textId="77777777" w:rsidR="00FA4B6B" w:rsidRDefault="00C42F58">
      <w:pPr>
        <w:pStyle w:val="Heading2"/>
      </w:pPr>
      <w:r>
        <w:lastRenderedPageBreak/>
        <w:t>Year 5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1984"/>
        <w:gridCol w:w="7763"/>
      </w:tblGrid>
      <w:tr w:rsidR="00813A23" w14:paraId="11B92B38" w14:textId="77777777" w:rsidTr="00813A23">
        <w:tc>
          <w:tcPr>
            <w:tcW w:w="1984" w:type="dxa"/>
          </w:tcPr>
          <w:p w14:paraId="7DDCFD6E" w14:textId="77777777" w:rsidR="00813A23" w:rsidRDefault="00813A23">
            <w:r>
              <w:t>Unit</w:t>
            </w:r>
          </w:p>
        </w:tc>
        <w:tc>
          <w:tcPr>
            <w:tcW w:w="7763" w:type="dxa"/>
          </w:tcPr>
          <w:p w14:paraId="21F366BD" w14:textId="77777777" w:rsidR="00813A23" w:rsidRDefault="00813A23">
            <w:r>
              <w:t>5 Key Skills (Progressive)</w:t>
            </w:r>
          </w:p>
        </w:tc>
      </w:tr>
      <w:tr w:rsidR="00813A23" w14:paraId="7B2F76BC" w14:textId="77777777" w:rsidTr="00813A23">
        <w:tc>
          <w:tcPr>
            <w:tcW w:w="1984" w:type="dxa"/>
          </w:tcPr>
          <w:p w14:paraId="07BBAC8F" w14:textId="77777777" w:rsidR="00813A23" w:rsidRDefault="00813A23">
            <w:r>
              <w:t>Fundamental Skills</w:t>
            </w:r>
          </w:p>
        </w:tc>
        <w:tc>
          <w:tcPr>
            <w:tcW w:w="7763" w:type="dxa"/>
          </w:tcPr>
          <w:p w14:paraId="45D799AE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366B7F1C" w14:textId="77777777" w:rsidTr="00813A23">
        <w:tc>
          <w:tcPr>
            <w:tcW w:w="1984" w:type="dxa"/>
          </w:tcPr>
          <w:p w14:paraId="66EAF1EC" w14:textId="77777777" w:rsidR="00813A23" w:rsidRDefault="00813A23">
            <w:r>
              <w:t>Dance</w:t>
            </w:r>
          </w:p>
        </w:tc>
        <w:tc>
          <w:tcPr>
            <w:tcW w:w="7763" w:type="dxa"/>
          </w:tcPr>
          <w:p w14:paraId="5E4FCCAA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2745CB90" w14:textId="77777777" w:rsidTr="00813A23">
        <w:tc>
          <w:tcPr>
            <w:tcW w:w="1984" w:type="dxa"/>
          </w:tcPr>
          <w:p w14:paraId="54F8177C" w14:textId="77777777" w:rsidR="00813A23" w:rsidRDefault="00813A23">
            <w:r>
              <w:t>Gymnastics</w:t>
            </w:r>
          </w:p>
        </w:tc>
        <w:tc>
          <w:tcPr>
            <w:tcW w:w="7763" w:type="dxa"/>
          </w:tcPr>
          <w:p w14:paraId="4CA9C05F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33419E29" w14:textId="77777777" w:rsidTr="00813A23">
        <w:tc>
          <w:tcPr>
            <w:tcW w:w="1984" w:type="dxa"/>
          </w:tcPr>
          <w:p w14:paraId="3B9F1EFE" w14:textId="77777777" w:rsidR="00813A23" w:rsidRDefault="00813A23">
            <w:r>
              <w:t>Invasion Games</w:t>
            </w:r>
          </w:p>
        </w:tc>
        <w:tc>
          <w:tcPr>
            <w:tcW w:w="7763" w:type="dxa"/>
          </w:tcPr>
          <w:p w14:paraId="6274BB48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18E400F2" w14:textId="77777777" w:rsidTr="00813A23">
        <w:tc>
          <w:tcPr>
            <w:tcW w:w="1984" w:type="dxa"/>
          </w:tcPr>
          <w:p w14:paraId="775D5F09" w14:textId="77777777" w:rsidR="00813A23" w:rsidRDefault="00813A23">
            <w:r>
              <w:t>Fitness</w:t>
            </w:r>
          </w:p>
        </w:tc>
        <w:tc>
          <w:tcPr>
            <w:tcW w:w="7763" w:type="dxa"/>
          </w:tcPr>
          <w:p w14:paraId="5413DBCC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or </w:t>
            </w:r>
            <w:r>
              <w:lastRenderedPageBreak/>
              <w:t>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30D10AA5" w14:textId="77777777" w:rsidTr="00813A23">
        <w:tc>
          <w:tcPr>
            <w:tcW w:w="1984" w:type="dxa"/>
          </w:tcPr>
          <w:p w14:paraId="7E05039A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763" w:type="dxa"/>
          </w:tcPr>
          <w:p w14:paraId="216813EC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54035689" w14:textId="77777777" w:rsidTr="00813A23">
        <w:tc>
          <w:tcPr>
            <w:tcW w:w="1984" w:type="dxa"/>
          </w:tcPr>
          <w:p w14:paraId="5E922179" w14:textId="77777777" w:rsidR="00813A23" w:rsidRDefault="00813A23">
            <w:r>
              <w:t>Striking &amp; Fielding Games</w:t>
            </w:r>
          </w:p>
        </w:tc>
        <w:tc>
          <w:tcPr>
            <w:tcW w:w="7763" w:type="dxa"/>
          </w:tcPr>
          <w:p w14:paraId="271B0E61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7BE5CB83" w14:textId="77777777" w:rsidTr="00813A23">
        <w:tc>
          <w:tcPr>
            <w:tcW w:w="1984" w:type="dxa"/>
          </w:tcPr>
          <w:p w14:paraId="1F1BA18F" w14:textId="77777777" w:rsidR="00813A23" w:rsidRDefault="00813A23">
            <w:r>
              <w:t>Athletics</w:t>
            </w:r>
          </w:p>
        </w:tc>
        <w:tc>
          <w:tcPr>
            <w:tcW w:w="7763" w:type="dxa"/>
          </w:tcPr>
          <w:p w14:paraId="0211B1FC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  <w:tr w:rsidR="00813A23" w14:paraId="69056C29" w14:textId="77777777" w:rsidTr="00813A23">
        <w:tc>
          <w:tcPr>
            <w:tcW w:w="1984" w:type="dxa"/>
          </w:tcPr>
          <w:p w14:paraId="39BD5EEC" w14:textId="77777777" w:rsidR="00813A23" w:rsidRDefault="00813A23">
            <w:r>
              <w:t>Outdoor &amp; Adventurous Activities (OAA)</w:t>
            </w:r>
          </w:p>
        </w:tc>
        <w:tc>
          <w:tcPr>
            <w:tcW w:w="7763" w:type="dxa"/>
          </w:tcPr>
          <w:p w14:paraId="30EF57BB" w14:textId="77777777" w:rsidR="00813A23" w:rsidRDefault="00813A23">
            <w:r>
              <w:t>Pupils can perform the follow a simple path or route around a set area with increasing control and consistency.</w:t>
            </w:r>
            <w:r>
              <w:br/>
              <w:t>Pupils can extend their ability to work with a partner to complete a simple challenge, applying this in different contexts.</w:t>
            </w:r>
            <w:r>
              <w:br/>
              <w:t>Pupils can refine technique to listen to and follow instructions accurately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outdoor &amp; adventurous activities (oaa).</w:t>
            </w:r>
          </w:p>
        </w:tc>
      </w:tr>
    </w:tbl>
    <w:p w14:paraId="101348D3" w14:textId="77777777" w:rsidR="00FA4B6B" w:rsidRDefault="00C42F58">
      <w:r>
        <w:br w:type="page"/>
      </w:r>
    </w:p>
    <w:p w14:paraId="4EDD77A8" w14:textId="77777777" w:rsidR="00FA4B6B" w:rsidRDefault="00C42F58">
      <w:pPr>
        <w:pStyle w:val="Heading2"/>
      </w:pPr>
      <w:r>
        <w:lastRenderedPageBreak/>
        <w:t>Year 6</w:t>
      </w:r>
    </w:p>
    <w:tbl>
      <w:tblPr>
        <w:tblStyle w:val="TableGrid"/>
        <w:tblW w:w="9889" w:type="dxa"/>
        <w:tblLook w:val="04A0" w:firstRow="1" w:lastRow="0" w:firstColumn="1" w:lastColumn="0" w:noHBand="0" w:noVBand="1"/>
      </w:tblPr>
      <w:tblGrid>
        <w:gridCol w:w="2126"/>
        <w:gridCol w:w="7763"/>
      </w:tblGrid>
      <w:tr w:rsidR="00813A23" w14:paraId="30470F8E" w14:textId="77777777" w:rsidTr="00813A23">
        <w:tc>
          <w:tcPr>
            <w:tcW w:w="2126" w:type="dxa"/>
          </w:tcPr>
          <w:p w14:paraId="214439EE" w14:textId="77777777" w:rsidR="00813A23" w:rsidRDefault="00813A23">
            <w:r>
              <w:t>Unit</w:t>
            </w:r>
          </w:p>
        </w:tc>
        <w:tc>
          <w:tcPr>
            <w:tcW w:w="7763" w:type="dxa"/>
          </w:tcPr>
          <w:p w14:paraId="516F2764" w14:textId="77777777" w:rsidR="00813A23" w:rsidRDefault="00813A23">
            <w:r>
              <w:t>5 Key Skills (Progressive)</w:t>
            </w:r>
          </w:p>
        </w:tc>
      </w:tr>
      <w:tr w:rsidR="00813A23" w14:paraId="3427005F" w14:textId="77777777" w:rsidTr="00813A23">
        <w:tc>
          <w:tcPr>
            <w:tcW w:w="2126" w:type="dxa"/>
          </w:tcPr>
          <w:p w14:paraId="312C8777" w14:textId="77777777" w:rsidR="00813A23" w:rsidRDefault="00813A23">
            <w:r>
              <w:t>Fundamental Skills</w:t>
            </w:r>
          </w:p>
        </w:tc>
        <w:tc>
          <w:tcPr>
            <w:tcW w:w="7763" w:type="dxa"/>
          </w:tcPr>
          <w:p w14:paraId="1455A1A5" w14:textId="77777777" w:rsidR="00813A23" w:rsidRDefault="00813A23">
            <w:r>
              <w:t>Pupils can perform the move safely in a given space with awareness of others with increasing control and consistency.</w:t>
            </w:r>
            <w:r>
              <w:br/>
              <w:t>Pupils can extend their ability to run, jump, hop and skip with basic coordination, applying this in different contexts.</w:t>
            </w:r>
            <w:r>
              <w:br/>
              <w:t>Pupils can refine technique to balance using different body parts on the floor and apparatus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fundamental skills.</w:t>
            </w:r>
          </w:p>
        </w:tc>
      </w:tr>
      <w:tr w:rsidR="00813A23" w14:paraId="429C331A" w14:textId="77777777" w:rsidTr="00813A23">
        <w:tc>
          <w:tcPr>
            <w:tcW w:w="2126" w:type="dxa"/>
          </w:tcPr>
          <w:p w14:paraId="574616A6" w14:textId="77777777" w:rsidR="00813A23" w:rsidRDefault="00813A23">
            <w:r>
              <w:t>Dance</w:t>
            </w:r>
          </w:p>
        </w:tc>
        <w:tc>
          <w:tcPr>
            <w:tcW w:w="7763" w:type="dxa"/>
          </w:tcPr>
          <w:p w14:paraId="36DFCBDA" w14:textId="77777777" w:rsidR="00813A23" w:rsidRDefault="00813A23">
            <w:r>
              <w:t>Pupils can perform the copy and repeat simple actions and movements with increasing control and consistency.</w:t>
            </w:r>
            <w:r>
              <w:br/>
              <w:t>Pupils can extend their ability to move in time to a steady beat, applying this in different contexts.</w:t>
            </w:r>
            <w:r>
              <w:br/>
              <w:t>Pupils can refine technique to change direction and speed in response to music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dance.</w:t>
            </w:r>
          </w:p>
        </w:tc>
      </w:tr>
      <w:tr w:rsidR="00813A23" w14:paraId="4E6DCA06" w14:textId="77777777" w:rsidTr="00813A23">
        <w:tc>
          <w:tcPr>
            <w:tcW w:w="2126" w:type="dxa"/>
          </w:tcPr>
          <w:p w14:paraId="7D613C2A" w14:textId="77777777" w:rsidR="00813A23" w:rsidRDefault="00813A23">
            <w:r>
              <w:t>Gymnastics</w:t>
            </w:r>
          </w:p>
        </w:tc>
        <w:tc>
          <w:tcPr>
            <w:tcW w:w="7763" w:type="dxa"/>
          </w:tcPr>
          <w:p w14:paraId="164E21A7" w14:textId="77777777" w:rsidR="00813A23" w:rsidRDefault="00813A23">
            <w:r>
              <w:t>Pupils can perform the perform simple balances using different body parts with increasing control and consistency.</w:t>
            </w:r>
            <w:r>
              <w:br/>
              <w:t>Pupils can extend their ability to travel in different ways (crawl, roll, jump), applying this in different contexts.</w:t>
            </w:r>
            <w:r>
              <w:br/>
              <w:t>Pupils can refine technique to copy and repeat simple shapes and movements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gymnastics.</w:t>
            </w:r>
          </w:p>
        </w:tc>
      </w:tr>
      <w:tr w:rsidR="00813A23" w14:paraId="0404AA6D" w14:textId="77777777" w:rsidTr="00813A23">
        <w:tc>
          <w:tcPr>
            <w:tcW w:w="2126" w:type="dxa"/>
          </w:tcPr>
          <w:p w14:paraId="64EC3785" w14:textId="77777777" w:rsidR="00813A23" w:rsidRDefault="00813A23">
            <w:r>
              <w:t>Invasion Games</w:t>
            </w:r>
          </w:p>
        </w:tc>
        <w:tc>
          <w:tcPr>
            <w:tcW w:w="7763" w:type="dxa"/>
          </w:tcPr>
          <w:p w14:paraId="551AE65F" w14:textId="77777777" w:rsidR="00813A23" w:rsidRDefault="00813A23">
            <w:r>
              <w:t>Pupils can perform the move and stop on command with control with increasing control and consistency.</w:t>
            </w:r>
            <w:r>
              <w:br/>
              <w:t>Pupils can extend their ability to roll or throw a ball towards a target, applying this in different contexts.</w:t>
            </w:r>
            <w:r>
              <w:br/>
              <w:t>Pupils can refine technique to catch a large ball using two hands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invasion games.</w:t>
            </w:r>
          </w:p>
        </w:tc>
      </w:tr>
      <w:tr w:rsidR="00813A23" w14:paraId="43FE21C8" w14:textId="77777777" w:rsidTr="00813A23">
        <w:tc>
          <w:tcPr>
            <w:tcW w:w="2126" w:type="dxa"/>
          </w:tcPr>
          <w:p w14:paraId="420AB7E4" w14:textId="77777777" w:rsidR="00813A23" w:rsidRDefault="00813A23">
            <w:r>
              <w:t>Fitness</w:t>
            </w:r>
          </w:p>
        </w:tc>
        <w:tc>
          <w:tcPr>
            <w:tcW w:w="7763" w:type="dxa"/>
          </w:tcPr>
          <w:p w14:paraId="303D8AAF" w14:textId="77777777" w:rsidR="00813A23" w:rsidRDefault="00813A23">
            <w:r>
              <w:t>Pupils can perform the sustain physical activity for a short period of time with increasing control and consistency.</w:t>
            </w:r>
            <w:r>
              <w:br/>
              <w:t>Pupils can extend their ability to change speed and direction with control, applying this in different contexts.</w:t>
            </w:r>
            <w:r>
              <w:br/>
              <w:t>Pupils can refine technique to show effort when completing fitness challenges under greater challenge or speed.</w:t>
            </w:r>
            <w:r>
              <w:br/>
              <w:t xml:space="preserve">Pupils can combine and apply several of these skills together in small group or </w:t>
            </w:r>
            <w:r>
              <w:lastRenderedPageBreak/>
              <w:t>game situations.</w:t>
            </w:r>
            <w:r>
              <w:br/>
              <w:t>Pupils can evaluate their performance, identifying strengths and areas for improvement in fitness.</w:t>
            </w:r>
          </w:p>
        </w:tc>
      </w:tr>
      <w:tr w:rsidR="00813A23" w14:paraId="6223018B" w14:textId="77777777" w:rsidTr="00813A23">
        <w:tc>
          <w:tcPr>
            <w:tcW w:w="2126" w:type="dxa"/>
          </w:tcPr>
          <w:p w14:paraId="0762D711" w14:textId="77777777" w:rsidR="00813A23" w:rsidRDefault="00813A23">
            <w:r>
              <w:lastRenderedPageBreak/>
              <w:t>Net/Wall Games</w:t>
            </w:r>
          </w:p>
        </w:tc>
        <w:tc>
          <w:tcPr>
            <w:tcW w:w="7763" w:type="dxa"/>
          </w:tcPr>
          <w:p w14:paraId="75E15FBE" w14:textId="77777777" w:rsidR="00813A23" w:rsidRDefault="00813A23">
            <w:r>
              <w:t>Pupils can perform the send a beanbag or ball to a partner under control with increasing control and consistency.</w:t>
            </w:r>
            <w:r>
              <w:br/>
              <w:t>Pupils can extend their ability to track and catch a ball after one bounce, applying this in different contexts.</w:t>
            </w:r>
            <w:r>
              <w:br/>
              <w:t>Pupils can refine technique to return a rolled or bounced ball to a partner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net/wall games.</w:t>
            </w:r>
          </w:p>
        </w:tc>
      </w:tr>
      <w:tr w:rsidR="00813A23" w14:paraId="786E8B0F" w14:textId="77777777" w:rsidTr="00813A23">
        <w:tc>
          <w:tcPr>
            <w:tcW w:w="2126" w:type="dxa"/>
          </w:tcPr>
          <w:p w14:paraId="73FF25B5" w14:textId="77777777" w:rsidR="00813A23" w:rsidRDefault="00813A23">
            <w:r>
              <w:t>Striking &amp; Fielding Games</w:t>
            </w:r>
          </w:p>
        </w:tc>
        <w:tc>
          <w:tcPr>
            <w:tcW w:w="7763" w:type="dxa"/>
          </w:tcPr>
          <w:p w14:paraId="1E568665" w14:textId="77777777" w:rsidR="00813A23" w:rsidRDefault="00813A23">
            <w:r>
              <w:t>Pupils can perform the strike a stationary ball with a bat or hand with increasing control and consistency.</w:t>
            </w:r>
            <w:r>
              <w:br/>
              <w:t>Pupils can extend their ability to retrieve a ball and return it accurately to a partner, applying this in different contexts.</w:t>
            </w:r>
            <w:r>
              <w:br/>
              <w:t>Pupils can refine technique to demonstrate an underarm throw towards a target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striking &amp; fielding games.</w:t>
            </w:r>
          </w:p>
        </w:tc>
      </w:tr>
      <w:tr w:rsidR="00813A23" w14:paraId="2A7AFAD6" w14:textId="77777777" w:rsidTr="00813A23">
        <w:tc>
          <w:tcPr>
            <w:tcW w:w="2126" w:type="dxa"/>
          </w:tcPr>
          <w:p w14:paraId="43D9AB65" w14:textId="77777777" w:rsidR="00813A23" w:rsidRDefault="00813A23">
            <w:r>
              <w:t>Athletics</w:t>
            </w:r>
          </w:p>
        </w:tc>
        <w:tc>
          <w:tcPr>
            <w:tcW w:w="7763" w:type="dxa"/>
          </w:tcPr>
          <w:p w14:paraId="10911FBB" w14:textId="77777777" w:rsidR="00813A23" w:rsidRDefault="00813A23">
            <w:r>
              <w:t>Pupils can perform the run in a straight line at different speeds with increasing control and consistency.</w:t>
            </w:r>
            <w:r>
              <w:br/>
              <w:t>Pupils can extend their ability to jump and land with control using two feet, applying this in different contexts.</w:t>
            </w:r>
            <w:r>
              <w:br/>
              <w:t>Pupils can refine technique to throw an object for distance using an underarm technique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athletics.</w:t>
            </w:r>
          </w:p>
        </w:tc>
      </w:tr>
      <w:tr w:rsidR="00813A23" w14:paraId="710E9D64" w14:textId="77777777" w:rsidTr="00813A23">
        <w:tc>
          <w:tcPr>
            <w:tcW w:w="2126" w:type="dxa"/>
          </w:tcPr>
          <w:p w14:paraId="4AF5BC88" w14:textId="77777777" w:rsidR="00813A23" w:rsidRDefault="00813A23">
            <w:r>
              <w:t>Outdoor &amp; Adventurous Activities (OAA)</w:t>
            </w:r>
          </w:p>
        </w:tc>
        <w:tc>
          <w:tcPr>
            <w:tcW w:w="7763" w:type="dxa"/>
          </w:tcPr>
          <w:p w14:paraId="504E909C" w14:textId="77777777" w:rsidR="00813A23" w:rsidRDefault="00813A23">
            <w:r>
              <w:t>Pupils can perform the follow a simple path or route around a set area with increasing control and consistency.</w:t>
            </w:r>
            <w:r>
              <w:br/>
              <w:t>Pupils can extend their ability to work with a partner to complete a simple challenge, applying this in different contexts.</w:t>
            </w:r>
            <w:r>
              <w:br/>
              <w:t>Pupils can refine technique to listen to and follow instructions accurately under greater challenge or speed.</w:t>
            </w:r>
            <w:r>
              <w:br/>
              <w:t>Pupils can combine and apply several of these skills together in small group or game situations.</w:t>
            </w:r>
            <w:r>
              <w:br/>
              <w:t>Pupils can evaluate their performance, identifying strengths and areas for improvement in outdoor &amp; adventurous activities (oaa).</w:t>
            </w:r>
          </w:p>
        </w:tc>
      </w:tr>
    </w:tbl>
    <w:p w14:paraId="58B8F4AC" w14:textId="77777777" w:rsidR="00FA4B6B" w:rsidRDefault="00FA4B6B"/>
    <w:sectPr w:rsidR="00FA4B6B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813A23"/>
    <w:rsid w:val="009F1893"/>
    <w:rsid w:val="00AA1D8D"/>
    <w:rsid w:val="00B47730"/>
    <w:rsid w:val="00C42F58"/>
    <w:rsid w:val="00CB0664"/>
    <w:rsid w:val="00FA4B6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AEED6B"/>
  <w14:defaultImageDpi w14:val="300"/>
  <w15:docId w15:val="{84BAB70C-DECD-4970-B129-8A4DB8058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E7A4E86B8CCF4193DF76F0CD77E684" ma:contentTypeVersion="14" ma:contentTypeDescription="Create a new document." ma:contentTypeScope="" ma:versionID="89e7047baa41435473693464cf7f2e09">
  <xsd:schema xmlns:xsd="http://www.w3.org/2001/XMLSchema" xmlns:xs="http://www.w3.org/2001/XMLSchema" xmlns:p="http://schemas.microsoft.com/office/2006/metadata/properties" xmlns:ns3="a7dc37e4-23d4-4e95-b00d-c970177295df" xmlns:ns4="05a60619-cff9-4ccf-a358-551b2f456551" targetNamespace="http://schemas.microsoft.com/office/2006/metadata/properties" ma:root="true" ma:fieldsID="f74140184c51c835470d3a5d6c1a81fd" ns3:_="" ns4:_="">
    <xsd:import namespace="a7dc37e4-23d4-4e95-b00d-c970177295df"/>
    <xsd:import namespace="05a60619-cff9-4ccf-a358-551b2f45655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dc37e4-23d4-4e95-b00d-c970177295df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a60619-cff9-4ccf-a358-551b2f456551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7dc37e4-23d4-4e95-b00d-c970177295d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05A542-4149-4B8B-A58D-17A3C660709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dc37e4-23d4-4e95-b00d-c970177295df"/>
    <ds:schemaRef ds:uri="05a60619-cff9-4ccf-a358-551b2f45655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0D186E-298C-4FC5-B192-E96F058F1BE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52E3E6-1C98-4279-8F4F-3810F0218F5F}">
  <ds:schemaRefs>
    <ds:schemaRef ds:uri="05a60619-cff9-4ccf-a358-551b2f456551"/>
    <ds:schemaRef ds:uri="a7dc37e4-23d4-4e95-b00d-c970177295df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A06F430F-34F1-43CA-AD95-0CDF76D96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4735</Words>
  <Characters>26996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GreenR</cp:lastModifiedBy>
  <cp:revision>2</cp:revision>
  <dcterms:created xsi:type="dcterms:W3CDTF">2025-10-29T12:46:00Z</dcterms:created>
  <dcterms:modified xsi:type="dcterms:W3CDTF">2025-10-29T12:46:00Z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0x01010042E7A4E86B8CCF4193DF76F0CD77E684</vt:lpwstr>
  </property>
</Properties>
</file>